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Chauffage central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Gazel, Raymond/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93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chauffage central/ Chaudières/ innovation en chauffage/ </w:t>
            </w:r>
          </w:p>
        </w:tc>
      </w:tr>
    </w:tbl>
    <w:p>
      <w:pPr>
        <w:pStyle w:val="Heading3"/>
      </w:pPr>
      <w:r>
        <w:t>Résumé :</w:t>
      </w:r>
    </w:p>
    <w:p>
      <w:r>
        <w:t>Chauffage central : études et nouveautés de Raymond Gazel est un ouvrage technique consacré aux principes, aux méthodes de conception et aux évolutions des installations de chauffage central. Il présente les techniques de calcul, le choix des équipements et les innovations du domaine afin d'améliorer les performances, le confort thermique et le rendement énergétique des systèmes de chauffage. Destiné aux techniciens, installateurs, ingénieurs et étudiants, il constitue un guide pratique pour l'étude, la réalisation et la modernisation des installations de chauffage central.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