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Bachy, Emmanuel/ Houot, Roch/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L'ECN en fiches(N°:None)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9782340025950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hématologie/ Épreuves dématérialisées nationales/ </w:t>
            </w:r>
          </w:p>
        </w:tc>
      </w:tr>
    </w:tbl>
    <w:p>
      <w:pPr>
        <w:pStyle w:val="Heading3"/>
      </w:pPr>
      <w:r>
        <w:t>Résumé :</w:t>
      </w:r>
    </w:p>
    <w:p>
      <w:r>
        <w:t>L’ouvrage « Hématologie : hématologie adulte et pédiatrique, onco-hématologie », dirigé par Emmanuel Bachy, est un manuel de référence conçu pour structurer l'apprentissage de cette spécialité complexe, notamment pour les étudiants en médecine et les internes. Le livre propose une approche transversale et didactique qui couvre l'ensemble des connaissances indispensables, depuis les bases de l'hématopoïèse et l'interprétation des examens biologiques (comme l'hémogramme) jusqu'à la prise en charge des pathologies les plus lourdes. Il aborde de manière détaillée les affections bénignes, telles que les différentes formes d'anémies et les troubles de l'hémostase, mais se concentre surtout sur l'onco-hématologie en détaillant les leucémies, les lymphomes et le myélome multiple. Sa grande force réside dans l'intégration des spécificités pédiatriques, souvent négligées dans d'autres manuels, ainsi que dans son format pédagogique riche en arbres décisionnels, fiches de synthèse et iconographies. C'est un outil pragmatique qui lie efficacement la théorie biologique à la pratique clinique pour préparer au mieux la réussite des examens médicaux.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