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schémas. T1, automatisme, 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Bouissoux, Marcel/ Montagnac,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2040159533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industrielle/ lecture de schémas/ </w:t>
            </w:r>
          </w:p>
        </w:tc>
      </w:tr>
    </w:tbl>
    <w:p>
      <w:pPr>
        <w:pStyle w:val="Heading3"/>
      </w:pPr>
      <w:r>
        <w:t>Résumé :</w:t>
      </w:r>
    </w:p>
    <w:p>
      <w:r>
        <w:t>Cours de schémas – tome 1 : automatismes, électricité est un manuel d'enseignement consacré à la lecture, à l'interprétation et à la réalisation des schémas électriques utilisés dans les installations industrielles et les systèmes automatisés. l'ouvrage présente les symboles normalisés, les conventions de représentation et les méthodes de conception des circuits de commande et de puissance conformément aux normes en vigueur.</w:t>
        <w:br/>
        <w:br/>
        <w:t>le livre explique le fonctionnement des principaux appareils électriques (contacteurs, relais, disjoncteurs, fusibles, moteurs, transformateurs, boutons-poussoirs, fins de course, temporisateurs, etc.) et montre comment les associer pour réaliser des automatismes industriels. il développe progressivement les schémas de démarrage, d'inversion de sens, de freinage, de protection et de commande des moteurs électriques, ainsi que les séquences de fonctionnement des installations automatisées.</w:t>
        <w:br/>
        <w:br/>
        <w:t>l'ouvrage accorde une place importante aux exercices pratiques et à l'analyse de schémas industriels, afin de permettre au lecteur d'acquérir les méthodes de câblage, de dépannage et de maintenance des équipements électriques. richement illustré par de nombreux schémas et planches techniques, il constitue un support pédagogique destiné aux élèves, techniciens et futurs électrotechniciens.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