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Laboratoire d'électronique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Zbar, Paul B./ Neau, J. C./ </w:t>
            </w:r>
          </w:p>
        </w:tc>
      </w:tr>
      <w:tr>
        <w:trPr>
          <w:trHeight w:val="567"/>
        </w:trPr>
        <w:tc>
          <w:tcPr>
            <w:tcW w:type="dxa" w:w="3000"/>
          </w:tcPr>
          <w:p>
            <w:r>
              <w:t>Adresse bib.</w:t>
            </w:r>
          </w:p>
        </w:tc>
        <w:tc>
          <w:tcPr>
            <w:tcW w:type="dxa" w:w="7000"/>
          </w:tcPr>
          <w:p>
            <w:r>
              <w:t xml:space="preserve">Mc Graw-Hill/ </w:t>
            </w:r>
          </w:p>
        </w:tc>
      </w:tr>
      <w:tr>
        <w:trPr>
          <w:trHeight w:val="567"/>
        </w:trPr>
        <w:tc>
          <w:tcPr>
            <w:tcW w:type="dxa" w:w="3000"/>
          </w:tcPr>
          <w:p>
            <w:r>
              <w:t>Nombre de Pages</w:t>
            </w:r>
          </w:p>
        </w:tc>
        <w:tc>
          <w:tcPr>
            <w:tcW w:type="dxa" w:w="7000"/>
          </w:tcPr>
          <w:p>
            <w:r>
              <w:t>271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28 cm</w:t>
            </w:r>
          </w:p>
        </w:tc>
      </w:tr>
      <w:tr>
        <w:trPr>
          <w:trHeight w:val="567"/>
        </w:trPr>
        <w:tc>
          <w:tcPr>
            <w:tcW w:type="dxa" w:w="3000"/>
          </w:tcPr>
          <w:p>
            <w:r>
              <w:t>Numéro d'Identification</w:t>
            </w:r>
          </w:p>
        </w:tc>
        <w:tc>
          <w:tcPr>
            <w:tcW w:type="dxa" w:w="7000"/>
          </w:tcPr>
          <w:p>
            <w:r>
              <w:t>0070821291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électronique/ Semi-conducteur/ </w:t>
            </w:r>
          </w:p>
        </w:tc>
      </w:tr>
    </w:tbl>
    <w:p>
      <w:pPr>
        <w:pStyle w:val="Heading3"/>
      </w:pPr>
      <w:r>
        <w:t>Résumé :</w:t>
      </w:r>
    </w:p>
    <w:p>
      <w:r>
        <w:t>Le livre Laboratoire d’électronique est un manuel pédagogique destiné aux étudiants et techniciens en électronique. L’ouvrage présente les principes fondamentaux de l’électronique à travers une approche pratique basée sur des expériences de laboratoire. Il aborde les composants électriques et électroniques de base, le fonctionnement des semi-conducteurs, les diodes et leurs applications, ainsi que les circuits de redressement et de logique électronique. L’auteur met l’accent sur l’utilisation des instruments de mesure, l’analyse expérimentale des circuits et la compréhension du comportement des composants électroniques dans des situations réelles. Ce livre constitue une ressource d’initiation pour la formation en électronique appliquée et les travaux pratiques.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