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fabrications mécaniques.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Bosi, Jacques/ Le Ven,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usinage/ tournage mécanique/ fraisage/ </w:t>
            </w:r>
          </w:p>
        </w:tc>
      </w:tr>
    </w:tbl>
    <w:p>
      <w:pPr>
        <w:pStyle w:val="Heading3"/>
      </w:pPr>
      <w:r>
        <w:t>Résumé :</w:t>
      </w:r>
    </w:p>
    <w:p>
      <w:r>
        <w:t>L'ouvrage décrit les principaux procédés d'usinage, notamment le tournage, le fraisage, le perçage, l'alésage et la rectification. Il explique le fonctionnement des différentes machines-outils, le choix des outils de coupe, les paramètres de coupe (vitesse, avance et profondeur de passe), ainsi que les méthodes de préparation et de montage des pièces à usiner.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