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Transducers for instrumentation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Joshi, M.G/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194-196</w:t>
            </w:r>
          </w:p>
        </w:tc>
      </w:tr>
      <w:tr>
        <w:trPr>
          <w:trHeight w:val="567"/>
        </w:trPr>
        <w:tc>
          <w:tcPr>
            <w:tcW w:type="dxa" w:w="3000"/>
          </w:tcPr>
          <w:p>
            <w:r>
              <w:t>Numéro d'Identification</w:t>
            </w:r>
          </w:p>
        </w:tc>
        <w:tc>
          <w:tcPr>
            <w:tcW w:type="dxa" w:w="7000"/>
          </w:tcPr>
          <w:p>
            <w:r>
              <w:t>8170082161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force measurement/ calibration/ </w:t>
            </w:r>
          </w:p>
        </w:tc>
      </w:tr>
    </w:tbl>
    <w:p>
      <w:pPr>
        <w:pStyle w:val="Heading3"/>
      </w:pPr>
      <w:r>
        <w:t>Résumé :</w:t>
      </w:r>
    </w:p>
    <w:p>
      <w:r>
        <w:t>The book explains how physical quantities such as temperature, pressure, force, displacement, flow, and light are converted into measurable electrical signals. It discusses the operating principles, characteristics, performance parameters, and limitations of various types of transducers, together with signal conditioning, calibration, and error analysis techniques. Practical examples and industrial applications illustrate the selection and implementation of appropriate transducers for measurement and control systems. The book is intended for students, engineers, and researchers in electrical, electronics, instrumentation, and mechanical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