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petites installations de chauffage central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Gazel, Raymond/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chauffage central/ installations sanitaires et thermiques/ installations de chauffage/ </w:t>
            </w:r>
          </w:p>
        </w:tc>
      </w:tr>
    </w:tbl>
    <w:p>
      <w:pPr>
        <w:pStyle w:val="Heading3"/>
      </w:pPr>
      <w:r>
        <w:t>Résumé :</w:t>
      </w:r>
    </w:p>
    <w:p>
      <w:r>
        <w:t>Cet ouvrage de Raymond Gazel est un guide pratique destiné à faciliter l'étude et la conception des petites et moyennes installations de chauffage central. Il rassemble l'essentiel des méthodes de calcul, des données techniques et des principes de dimensionnement nécessaires à l'élaboration des projets. Présenté sous une forme concise et claire, il constitue un manuel de référence pour les techniciens, installateurs et étudiants du domaine du chauffage et des équipements thermiques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