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[100] modèles de menuiserie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Gazel, Raymond/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menuiserie du bâtiment/ portes/ finitions/ techniques de fabrication/ </w:t>
            </w:r>
          </w:p>
        </w:tc>
      </w:tr>
    </w:tbl>
    <w:p>
      <w:pPr>
        <w:pStyle w:val="Heading3"/>
      </w:pPr>
      <w:r>
        <w:t>Résumé :</w:t>
      </w:r>
    </w:p>
    <w:p>
      <w:r>
        <w:t>100 modèles de menuiserie de Raymond Gazel est un ouvrage pratique consacré à la menuiserie du bâtiment. Il présente une centaine de modèles et de plans illustrés pour la réalisation d'ouvrages courants (portes, fenêtres, escaliers, placards et autres éléments de menuiserie). Destiné aux professionnels, aux artisans et aux étudiants, il constitue un guide de référence pour la conception, l'exécution et la mise en œuvre des ouvrages de menuiserie selon les techniques traditionnelles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