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Fosses septiques et dispositifs d'épuration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Gazel, Raymond/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20 cm</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fosse septique/ installation sanitaire/ assainissement individuel/ </w:t>
            </w:r>
          </w:p>
        </w:tc>
      </w:tr>
    </w:tbl>
    <w:p>
      <w:pPr>
        <w:pStyle w:val="Heading3"/>
      </w:pPr>
      <w:r>
        <w:t>Résumé :</w:t>
      </w:r>
    </w:p>
    <w:p>
      <w:r>
        <w:t>Fosses septiques et dispositifs d'épuration : plan d'évacuation de Gazel est un ouvrage technique consacré à la conception, au dimensionnement et à la réalisation des systèmes d'assainissement des eaux usées domestiques. Il explique le fonctionnement des fosses septiques, les dispositifs de traitement et d'épuration, ainsi que les réseaux d'évacuation des eaux. L'auteur présente les règles de conception, les matériaux utilisés, les méthodes de pose, l'entretien des installations et les précautions nécessaires pour assurer un fonctionnement efficace, durable et conforme aux normes d'hygiène et de protection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