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électriques appliquées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Abati, M./ Cheveaux, R./ Roux, A./ </w:t>
            </w:r>
          </w:p>
        </w:tc>
      </w:tr>
      <w:tr>
        <w:trPr>
          <w:trHeight w:val="567"/>
        </w:trPr>
        <w:tc>
          <w:tcPr>
            <w:tcW w:type="dxa" w:w="3000"/>
          </w:tcPr>
          <w:p>
            <w:r>
              <w:t>Adresse bib.</w:t>
            </w:r>
          </w:p>
        </w:tc>
        <w:tc>
          <w:tcPr>
            <w:tcW w:type="dxa" w:w="7000"/>
          </w:tcPr>
          <w:p>
            <w:r>
              <w:t xml:space="preserve">Delagrave/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2206000504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 électrique/ métrologie/ </w:t>
            </w:r>
          </w:p>
        </w:tc>
      </w:tr>
    </w:tbl>
    <w:p>
      <w:pPr>
        <w:pStyle w:val="Heading3"/>
      </w:pPr>
      <w:r>
        <w:t>Résumé :</w:t>
      </w:r>
    </w:p>
    <w:p>
      <w:r>
        <w:t>Cet ouvrage présente les principes fondamentaux des mesures électriques ainsi que les instruments utilisés en électrotechnique et en électronique. Il explique les méthodes de mesure des grandeurs électriques (tension, courant, résistance, puissance, énergie et fréquence), les caractéristiques des appareils de mesure, les erreurs expérimentales et les techniques permettant d'améliorer la précision. Le livre met l'accent sur les applications industrielles et pédagogiques, avec de nombreux exemples destinés à la formation des techniciens et des étudiants en génie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