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Electrical engineering handbook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Siemens/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New age international publishers/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81852268858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electrical fundamentals/ Power systems/ </w:t>
            </w:r>
          </w:p>
        </w:tc>
      </w:tr>
    </w:tbl>
    <w:p>
      <w:pPr>
        <w:pStyle w:val="Heading3"/>
      </w:pPr>
      <w:r>
        <w:t>Résumé :</w:t>
      </w:r>
    </w:p>
    <w:p>
      <w:r>
        <w:t>The Siemens Electrical Engineering Handbook is a comprehensive reference covering the fundamental principles and practical applications of electrical engineering. It addresses electrical circuits, electromagnetic theory, power systems, electrical machines, industrial automation, power electronics, and energy management.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