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et XSLT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Burke, Eric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o'reilly/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