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principes des systèmes de commande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Zelmat, Mimoun/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régulation industrielle/ boucle fermée/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en particulier aux élèves ingénieurs et techniciens des filières technologiques puisqu'il englobe certaines parties du programme des modules: théorie des systèmes, système linéaires et régulation et instrumentation industrielles.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