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fondements de l'informatique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Bersini, Hugues/ Spinette-Rose, Marie-Paule/ Spinette-Rose, Robert/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2711748421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mobile/ ordinateur/ </w:t>
            </w:r>
          </w:p>
        </w:tc>
      </w:tr>
    </w:tbl>
    <w:p>
      <w:pPr>
        <w:pStyle w:val="Heading3"/>
      </w:pPr>
      <w:r>
        <w:t>Résumé :</w:t>
      </w:r>
    </w:p>
    <w:p>
      <w:r>
        <w:t>Cet ouvrage présente les concepts fondamentaux de l'informatique, depuis la représentation binaire de l'information jusqu'au fonctionnement d'Internet. Il explique de manière pédagogique l'architecture des ordinateurs, les systèmes d'exploitation, la programmation, les bases de données et les réseaux, offrant ainsi une vision globale de la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