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cinquante] 150 fiches pratiques sécurité des produits chimiques au laboratoire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national de la recherche scientifique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337-339.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chimiques/ mesures de sécurité/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s'adresse à tous les utilisateurs de produits chimiques en petites quantités et particulièrement aux personnels des laboratoires de recherche, ainsi qu'aux enseignants et aux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