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Lire 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CEDIC : F.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2712403037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visual basic/ langage/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initiation pratique au langage BASIC, l'un des langages les plus utilisés sur les micro-ordinateurs des années 1980. Il présente progressivement les concepts de programmation, depuis les instructions élémentaires jusqu'à la réalisation de programmes complets, avec de nombreux exemples et exercices destinés aux débutants.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