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PASS UE2 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Parcours santé(N°:None)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9782100809837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histologie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de PASS, le parcours spécifque "accès santé", la nouvelle première année des études MMOP (Médecine, Maïeutique, Odontologie et Pharmacie), ce manuel complet est conçu pour les aider à assimiler le cours d'Histologie et à réussir leurs examens. Un cours complet.Toutes les notions du programme. Des conseils pour éviter les pièges les plus fréquents. La synthèse des savoirs à connaître. 90 schémas pour tout comprendre. Préparez les épreuves. À la fin de chaque partie, des QCM conformes aux nouvelles épreuves pour vérifier vos connaissances. Des corrigés détaillés et commentés pour travailler en parfaite autonomie (éditeur).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