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Isolution et insonorisation des menuiseries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Duprey, Bernard/ </w:t>
            </w:r>
          </w:p>
        </w:tc>
      </w:tr>
      <w:tr>
        <w:trPr>
          <w:trHeight w:val="567"/>
        </w:trPr>
        <w:tc>
          <w:tcPr>
            <w:tcW w:type="dxa" w:w="3000"/>
          </w:tcPr>
          <w:p>
            <w:r>
              <w:t>Adresse bib.</w:t>
            </w:r>
          </w:p>
        </w:tc>
        <w:tc>
          <w:tcPr>
            <w:tcW w:type="dxa" w:w="7000"/>
          </w:tcPr>
          <w:p>
            <w:r>
              <w:t xml:space="preserve">I. B. I./ Eyrolles/ </w:t>
            </w:r>
          </w:p>
        </w:tc>
      </w:tr>
      <w:tr>
        <w:trPr>
          <w:trHeight w:val="567"/>
        </w:trPr>
        <w:tc>
          <w:tcPr>
            <w:tcW w:type="dxa" w:w="3000"/>
          </w:tcPr>
          <w:p>
            <w:r>
              <w:t>Nombre de Pages</w:t>
            </w:r>
          </w:p>
        </w:tc>
        <w:tc>
          <w:tcPr>
            <w:tcW w:type="dxa" w:w="7000"/>
          </w:tcPr>
          <w:p>
            <w:r>
              <w:t>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bruits d'équipement et d'usage dans l'habitat(N°:None)</w:t>
            </w:r>
          </w:p>
        </w:tc>
      </w:tr>
      <w:tr>
        <w:trPr>
          <w:trHeight w:val="567"/>
        </w:trPr>
        <w:tc>
          <w:tcPr>
            <w:tcW w:type="dxa" w:w="3000"/>
          </w:tcPr>
          <w:p>
            <w:r>
              <w:t>Notes Générales</w:t>
            </w:r>
          </w:p>
        </w:tc>
        <w:tc>
          <w:tcPr>
            <w:tcW w:type="dxa" w:w="7000"/>
          </w:tcPr>
          <w:p>
            <w:r>
              <w:t>Bibliog.</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isolation acoustique de bâtiment/ mise en œuvre des menuiseries/ batiment résidentiel/ physique du bâtiment/ </w:t>
            </w:r>
          </w:p>
        </w:tc>
      </w:tr>
    </w:tbl>
    <w:p>
      <w:pPr>
        <w:pStyle w:val="Heading3"/>
      </w:pPr>
      <w:r>
        <w:t>Résumé :</w:t>
      </w:r>
    </w:p>
    <w:p>
      <w:r>
        <w:t>Isolation et insonorisation des menuiseries de Bernard Duprey présente les principes et techniques permettant d'améliorer l'isolation acoustique des portes, fenêtres et autres menuiseries dans les bâtiments. L'ouvrage explique la transmission des bruits, le rôle des vitrages, des joints et de l'étanchéité, ainsi que les solutions pratiques pour réduire les nuisances sonores et améliorer le confort acoustique des logements et des bâtiments. Il s'adresse aux professionnels du bâtiment, aux techniciens et aux étudiants en génie civil et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