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argiles par la pratique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Adresse bib.</w:t>
            </w:r>
          </w:p>
        </w:tc>
        <w:tc>
          <w:tcPr>
            <w:tcW w:type="dxa" w:w="7000"/>
          </w:tcPr>
          <w:p>
            <w:r>
              <w:t xml:space="preserve">Vuibert/ </w:t>
            </w:r>
          </w:p>
        </w:tc>
      </w:tr>
      <w:tr>
        <w:trPr>
          <w:trHeight w:val="567"/>
        </w:trPr>
        <w:tc>
          <w:tcPr>
            <w:tcW w:type="dxa" w:w="3000"/>
          </w:tcPr>
          <w:p>
            <w:r>
              <w:t>Nombre de Pages</w:t>
            </w:r>
          </w:p>
        </w:tc>
        <w:tc>
          <w:tcPr>
            <w:tcW w:type="dxa" w:w="7000"/>
          </w:tcPr>
          <w:p>
            <w:r>
              <w:t>X-243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9782311009910</w:t>
            </w:r>
          </w:p>
        </w:tc>
      </w:tr>
      <w:tr>
        <w:trPr>
          <w:trHeight w:val="567"/>
        </w:trPr>
        <w:tc>
          <w:tcPr>
            <w:tcW w:type="dxa" w:w="3000"/>
          </w:tcPr>
          <w:p>
            <w:r>
              <w:t>Thème</w:t>
            </w:r>
          </w:p>
        </w:tc>
        <w:tc>
          <w:tcPr>
            <w:tcW w:type="dxa" w:w="7000"/>
          </w:tcPr>
          <w:p>
            <w:r>
              <w:t>Minéralogie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Minéraux argileux/ Phyllosilicates/ cristallochimie/ </w:t>
            </w:r>
          </w:p>
        </w:tc>
      </w:tr>
    </w:tbl>
    <w:p>
      <w:pPr>
        <w:pStyle w:val="Heading3"/>
      </w:pPr>
      <w:r>
        <w:t>Résumé :</w:t>
      </w:r>
    </w:p>
    <w:p>
      <w:r>
        <w:t>Ce manuel permet d'assimiler toutes les notions fondamentales en cristallochimie, minéralogie et géologie des argiles par la résolution d'exercices de difficultés progressives, suivis de leurs corrigés détaillés. Comprendre pourquoi les argiles sont si largement répandues sur Terre et dans l'espace aide aussi à saisir l'importance de…</w:t>
        <w:br/>
        <w:br/>
        <w:t>Ce manuel permet d'assimiler toutes les notions fondamentales en cristallochimie, minéralogie et géologie des argiles par la résolution d'exercices de difficultés progressives, suivis de leurs corrigés détaillés. Comprendre pourquoi les argiles sont si largement répandues sur Terre et dans l'espace aide aussi à saisir l'importance de leur présence au sein de notre environnement. Rédigé à l'attention des étudiants en Licence et en Master des filières Sciences de la Terre et Sciences de l'environnement, cet ouvrage constitue également une excellente base de révision pour tous les candidats aux concours de l'enseignement et ceux des écoles d'ingénieurs.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