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Web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Bangia, Ramesh/ </w:t>
            </w:r>
          </w:p>
        </w:tc>
      </w:tr>
      <w:tr>
        <w:trPr>
          <w:trHeight w:val="567"/>
        </w:trPr>
        <w:tc>
          <w:tcPr>
            <w:tcW w:type="dxa" w:w="3000"/>
          </w:tcPr>
          <w:p>
            <w:r>
              <w:t>Adresse bib.</w:t>
            </w:r>
          </w:p>
        </w:tc>
        <w:tc>
          <w:tcPr>
            <w:tcW w:type="dxa" w:w="7000"/>
          </w:tcPr>
          <w:p>
            <w:r>
              <w:t xml:space="preserve">Firewall Media/ </w:t>
            </w:r>
          </w:p>
        </w:tc>
      </w:tr>
      <w:tr>
        <w:trPr>
          <w:trHeight w:val="567"/>
        </w:trPr>
        <w:tc>
          <w:tcPr>
            <w:tcW w:type="dxa" w:w="3000"/>
          </w:tcPr>
          <w:p>
            <w:r>
              <w:t>Nombre de Pages</w:t>
            </w:r>
          </w:p>
        </w:tc>
        <w:tc>
          <w:tcPr>
            <w:tcW w:type="dxa" w:w="7000"/>
          </w:tcPr>
          <w:p>
            <w:r>
              <w:t>560 p.</w:t>
            </w:r>
          </w:p>
        </w:tc>
      </w:tr>
      <w:tr>
        <w:trPr>
          <w:trHeight w:val="567"/>
        </w:trPr>
        <w:tc>
          <w:tcPr>
            <w:tcW w:type="dxa" w:w="3000"/>
          </w:tcPr>
          <w:p>
            <w:r>
              <w:t>Illustration</w:t>
            </w:r>
          </w:p>
        </w:tc>
        <w:tc>
          <w:tcPr>
            <w:tcW w:type="dxa" w:w="7000"/>
          </w:tcPr>
          <w:p>
            <w:r>
              <w:t>ill.</w:t>
            </w:r>
          </w:p>
        </w:tc>
      </w:tr>
      <w:tr>
        <w:trPr>
          <w:trHeight w:val="567"/>
        </w:trPr>
        <w:tc>
          <w:tcPr>
            <w:tcW w:type="dxa" w:w="3000"/>
          </w:tcPr>
          <w:p>
            <w:r>
              <w:t>Numéro d'Identification</w:t>
            </w:r>
          </w:p>
        </w:tc>
        <w:tc>
          <w:tcPr>
            <w:tcW w:type="dxa" w:w="7000"/>
          </w:tcPr>
          <w:p>
            <w:r>
              <w:t>8170088976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Service web/ internet/ </w:t>
            </w:r>
          </w:p>
        </w:tc>
      </w:tr>
    </w:tbl>
    <w:p>
      <w:pPr>
        <w:pStyle w:val="Heading3"/>
      </w:pPr>
      <w:r>
        <w:t>Résumé :</w:t>
      </w:r>
    </w:p>
    <w:p>
      <w:r>
        <w:t>Cet ouvrage présente les principales technologies utilisées dans le développement Web. Il couvre la création de pages Web avec HTML et CSS, l'utilisation de XML pour la structuration des données, la programmation côté client avec JavaScript et VBScript ainsi que le développement côté serveur avec ASP. De nombreux exemples pratiques permettent au lecteur de concevoir des sites Web statiques et dynamiques. Il s'adresse aux étudiants en informatique, aux développeurs débutants et aux professionnels souhaitant acquérir les bases des technologies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