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Joints et assemblages dans le bâtiment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Martin, Bruce/ Dominique, Chauvelot/ Thibeau, Jean/ Shwietzer, Ronald/ Mercadal, Georges/ </w:t>
            </w:r>
          </w:p>
        </w:tc>
      </w:tr>
      <w:tr>
        <w:trPr>
          <w:trHeight w:val="567"/>
        </w:trPr>
        <w:tc>
          <w:tcPr>
            <w:tcW w:type="dxa" w:w="3000"/>
          </w:tcPr>
          <w:p>
            <w:r>
              <w:t>Adresse bib.</w:t>
            </w:r>
          </w:p>
        </w:tc>
        <w:tc>
          <w:tcPr>
            <w:tcW w:type="dxa" w:w="7000"/>
          </w:tcPr>
          <w:p>
            <w:r>
              <w:t xml:space="preserve">Le Moniteur/ </w:t>
            </w:r>
          </w:p>
        </w:tc>
      </w:tr>
      <w:tr>
        <w:trPr>
          <w:trHeight w:val="567"/>
        </w:trPr>
        <w:tc>
          <w:tcPr>
            <w:tcW w:type="dxa" w:w="3000"/>
          </w:tcPr>
          <w:p>
            <w:r>
              <w:t>Nombre de Pages</w:t>
            </w:r>
          </w:p>
        </w:tc>
        <w:tc>
          <w:tcPr>
            <w:tcW w:type="dxa" w:w="7000"/>
          </w:tcPr>
          <w:p>
            <w:r>
              <w:t>211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Architecture et Technologie(N°:None)</w:t>
            </w:r>
          </w:p>
        </w:tc>
      </w:tr>
      <w:tr>
        <w:trPr>
          <w:trHeight w:val="567"/>
        </w:trPr>
        <w:tc>
          <w:tcPr>
            <w:tcW w:type="dxa" w:w="3000"/>
          </w:tcPr>
          <w:p>
            <w:r>
              <w:t>Numéro d'Identification</w:t>
            </w:r>
          </w:p>
        </w:tc>
        <w:tc>
          <w:tcPr>
            <w:tcW w:type="dxa" w:w="7000"/>
          </w:tcPr>
          <w:p>
            <w:r>
              <w:t>2862821837</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joints de construction/ bois de construction/ techniques de construction/ </w:t>
            </w:r>
          </w:p>
        </w:tc>
      </w:tr>
    </w:tbl>
    <w:p>
      <w:pPr>
        <w:pStyle w:val="Heading3"/>
      </w:pPr>
      <w:r>
        <w:t>Résumé :</w:t>
      </w:r>
    </w:p>
    <w:p>
      <w:r>
        <w:t>Le livre Joints et assemblages dans le bâtiment de Bruce Martin est un ouvrage technique qui traite des principes essentiels de conception et de réalisation des jonctions entre éléments de construction.</w:t>
        <w:br/>
        <w:br/>
        <w:t>Il explique les différents types de joints (dilatation, fractionnement, étanchéité) et les assemblages structurels utilisés dans le bâtiment (bois, béton, acier). L’auteur met l’accent sur leur rôle dans la stabilité, la durabilité et la performance des ouvrages, notamment face aux mouvements, aux charges et aux variations climatiques.</w:t>
        <w:br/>
        <w:br/>
        <w:t>L’ouvrage propose également des recommandations pratiques pour éviter les fissurations, assurer l’étanchéité et améliorer la longévité des structures.</w:t>
        <w:br/>
        <w:br/>
        <w:t>En résumé : c’est un guide technique de génie civil sur la conception correcte des jonctions et assemblages dans les constructions.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