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Bensoussan, David/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9782553014178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linéaire/ théorie de la commande/ </w:t>
            </w:r>
          </w:p>
        </w:tc>
      </w:tr>
    </w:tbl>
    <w:p>
      <w:pPr>
        <w:pStyle w:val="Heading3"/>
      </w:pPr>
      <w:r>
        <w:t>Résumé :</w:t>
      </w:r>
    </w:p>
    <w:p>
      <w:r>
        <w:t xml:space="preserve">La commande moderne qui fait appel à la description de systèmes au moyen de variables d'état est un outil indispensable pour la conception de systèmes de commande efficaces. elle permet de mieux comprendre les propriétés des systèmes et de mieux dimensionner les compensations nécessaires à leur asservissement en vue d'en assurer la stabilisation et d'en améliorer les performances. l'ouvrage "commande moderne - approche par modèles continus et discrets" vise à initier le lecteur à la représentation de systèmes par des variables d'état ainsi qu'aux principaux outils de conception et de réalisation analogiques et numériques de la commande moderne de systèmes linéaires. il présente d'abord les bases mathématiques requises pour la compréhension de la matière, puis étudie en détail les principes de modélisation, de stabilité, de commandabilité, d'observabilité et de réalisation. il aborde de plus les domaines de la commande optimale et de la commande stochastique. </w:t>
        <w:br/>
        <w:br/>
        <w:t xml:space="preserve">l'ouvrage privilégie une approche didactique basée sur la présentation intuitive des concepts de la commande, puis sur leur développement à l'aide d'outils mathématiques simples. les nombreuses démonstrations sont étayées par des exemples pertinents. </w:t>
        <w:br/>
        <w:br/>
        <w:t>le livre "commande moderne - approche par modèles continus et discrets" est d'abord destiné aux étudiants en génie électrique, mais il intéressera sans aucun doute les praticiens de l'automatique qui désirent approfondir leurs connaissances en la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