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Real-time computer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Bennett, Stuart/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0137624859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real-time computer control/ industrial control/ </w:t>
            </w:r>
          </w:p>
        </w:tc>
      </w:tr>
    </w:tbl>
    <w:p>
      <w:pPr>
        <w:pStyle w:val="Heading3"/>
      </w:pPr>
      <w:r>
        <w:t>Résumé :</w:t>
      </w:r>
    </w:p>
    <w:p>
      <w:r>
        <w:t>This book brings together a range of topics on control using computers, real-time computing, and construction of complex systems to provide detailed coverage of the practical problems of implementing digital control algorithms.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