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Yadav, Abhishek/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9788131803332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analog to digital conversion/ </w:t>
            </w:r>
          </w:p>
        </w:tc>
      </w:tr>
    </w:tbl>
    <w:p>
      <w:pPr>
        <w:pStyle w:val="Heading3"/>
      </w:pPr>
      <w:r>
        <w:t>Résumé :</w:t>
      </w:r>
    </w:p>
    <w:p>
      <w:r>
        <w:t>The book 'Digital Communication' has been written for the engineering students of UPTU. The book has the following salient features: Very easy and simple explanation. Objective type questions for practice which are also useful in public sector examinations. Detailed and simple study of Digital Base band Transmission with Numerical Problems, Digital Modulation Techniques, Error Control Coding along with Numerical examples. A number of solved numerical examples including different university question papers. Very simple but detailed study of Noise along with Numerical Problems. Also helpful for AMIE, GATE, IES and different public sector examinations. About The Author: Abhishek Yadav has completed his B.E. and M.E. in Electronics and Communication Engineering. He has worked as a faculty member in many reputed Engineering colleges of UPTU (Lucknow). Presently, he is working as an Assistant Professor at IIMT Engineering College, Meerut. He has eight years of teaching experience. He has worked in public sectors also. He is a well known author of many successful books, and he has presented more than fifty National and International Conferences. Table Of Contents: 1. Introduction to Digital Communication 2. Sampling of Base Band Signal 3. Digital Coding Techniques 4. Digital Base Band Transmission 5. Digital Multiplexing 6. Digital Modulation Techniques 7. Detection of Digital Signals 8. Information Theory 9. Error Correcting Codes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