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Stations d'épuration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Thomazeau, Robert/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Bbliogr. Index</w:t>
            </w:r>
          </w:p>
        </w:tc>
      </w:tr>
      <w:tr>
        <w:trPr>
          <w:trHeight w:val="567"/>
        </w:trPr>
        <w:tc>
          <w:tcPr>
            <w:tcW w:type="dxa" w:w="3000"/>
          </w:tcPr>
          <w:p>
            <w:r>
              <w:t>Numéro d'Identification</w:t>
            </w:r>
          </w:p>
        </w:tc>
        <w:tc>
          <w:tcPr>
            <w:tcW w:type="dxa" w:w="7000"/>
          </w:tcPr>
          <w:p>
            <w:r>
              <w:t>2852061147</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stations d'épuration/ genie civil/ hydraulique urbaine/ </w:t>
            </w:r>
          </w:p>
        </w:tc>
      </w:tr>
    </w:tbl>
    <w:p>
      <w:pPr>
        <w:pStyle w:val="Heading3"/>
      </w:pPr>
      <w:r>
        <w:t>Résumé :</w:t>
      </w:r>
    </w:p>
    <w:p>
      <w:r>
        <w:t>Stations d'épuration : eaux potables, eaux usées : précis théorique et technologique de Robert Thomazeau est un ouvrage technique consacré aux principes et aux technologies du traitement de l'eau. Il présente les méthodes utilisées pour produire de l'eau potable et pour épurer les eaux usées avant leur rejet dans le milieu naturel.</w:t>
        <w:br/>
        <w:br/>
        <w:t>L'auteur décrit les caractéristiques physiques, chimiques et biologiques de l'eau, les procédés de traitement (décantation, filtration, coagulation, désinfection, traitements biologiques), ainsi que la conception et le fonctionnement des stations d'épuration.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