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Prospection géophysique. T1, prospection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Telford, W. M./ Geldart, M. L./ Sheriff, R. E./ Keys, D. A./ </w:t>
            </w:r>
          </w:p>
        </w:tc>
      </w:tr>
      <w:tr>
        <w:trPr>
          <w:trHeight w:val="567"/>
        </w:trPr>
        <w:tc>
          <w:tcPr>
            <w:tcW w:type="dxa" w:w="3000"/>
          </w:tcPr>
          <w:p>
            <w:r>
              <w:t>Adresse bib.</w:t>
            </w:r>
          </w:p>
        </w:tc>
        <w:tc>
          <w:tcPr>
            <w:tcW w:type="dxa" w:w="7000"/>
          </w:tcPr>
          <w:p>
            <w:r>
              <w:t xml:space="preserve">la Barbannerie, F78780/ </w:t>
            </w:r>
          </w:p>
        </w:tc>
      </w:tr>
      <w:tr>
        <w:trPr>
          <w:trHeight w:val="567"/>
        </w:trPr>
        <w:tc>
          <w:tcPr>
            <w:tcW w:type="dxa" w:w="3000"/>
          </w:tcPr>
          <w:p>
            <w:r>
              <w:t>Nombre de Pages</w:t>
            </w:r>
          </w:p>
        </w:tc>
        <w:tc>
          <w:tcPr>
            <w:tcW w:type="dxa" w:w="7000"/>
          </w:tcPr>
          <w:p>
            <w:r>
              <w:t>XII-239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232-239 . Index</w:t>
            </w:r>
          </w:p>
        </w:tc>
      </w:tr>
      <w:tr>
        <w:trPr>
          <w:trHeight w:val="567"/>
        </w:trPr>
        <w:tc>
          <w:tcPr>
            <w:tcW w:type="dxa" w:w="3000"/>
          </w:tcPr>
          <w:p>
            <w:r>
              <w:t>Numéro d'Identification</w:t>
            </w:r>
          </w:p>
        </w:tc>
        <w:tc>
          <w:tcPr>
            <w:tcW w:type="dxa" w:w="7000"/>
          </w:tcPr>
          <w:p>
            <w:r>
              <w:t>2903689202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Prospection sismique/ Ondes sismiques/ Ondes sismiques/ </w:t>
            </w:r>
          </w:p>
        </w:tc>
      </w:tr>
    </w:tbl>
    <w:p>
      <w:pPr>
        <w:pStyle w:val="Heading3"/>
      </w:pPr>
      <w:r>
        <w:t>Résumé :</w:t>
      </w:r>
    </w:p>
    <w:p>
      <w:r>
        <w:t>Le livre explique comment les ondes sismiques sont générées, se propagent dans le sol et sont enregistrées afin de déterminer la nature, la profondeur et la géométrie des couches géologiques. Il aborde les méthodes de réflexion et de réfraction sismiques, le traitement des données et leur interprétation.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