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spéciaux avec Photoshop 6 Magic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Grossman Rhoda/ London Sherry/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en coul., couv. en coul.</w:t>
            </w:r>
          </w:p>
        </w:tc>
      </w:tr>
      <w:tr>
        <w:trPr>
          <w:trHeight w:val="567"/>
        </w:trPr>
        <w:tc>
          <w:tcPr>
            <w:tcW w:type="dxa" w:w="3000"/>
          </w:tcPr>
          <w:p>
            <w:r>
              <w:t>Format</w:t>
            </w:r>
          </w:p>
        </w:tc>
        <w:tc>
          <w:tcPr>
            <w:tcW w:type="dxa" w:w="7000"/>
          </w:tcPr>
          <w:p>
            <w:r>
              <w:t>19</w:t>
            </w:r>
          </w:p>
        </w:tc>
      </w:tr>
      <w:tr>
        <w:trPr>
          <w:trHeight w:val="567"/>
        </w:trPr>
        <w:tc>
          <w:tcPr>
            <w:tcW w:type="dxa" w:w="3000"/>
          </w:tcPr>
          <w:p>
            <w:r>
              <w:t>Notes Générales</w:t>
            </w:r>
          </w:p>
        </w:tc>
        <w:tc>
          <w:tcPr>
            <w:tcW w:type="dxa" w:w="7000"/>
          </w:tcPr>
          <w:p>
            <w:r>
              <w:t>Index p.p. 341344-</w:t>
            </w:r>
          </w:p>
        </w:tc>
      </w:tr>
      <w:tr>
        <w:trPr>
          <w:trHeight w:val="567"/>
        </w:trPr>
        <w:tc>
          <w:tcPr>
            <w:tcW w:type="dxa" w:w="3000"/>
          </w:tcPr>
          <w:p>
            <w:r>
              <w:t>Numéro d'Identification</w:t>
            </w:r>
          </w:p>
        </w:tc>
        <w:tc>
          <w:tcPr>
            <w:tcW w:type="dxa" w:w="7000"/>
          </w:tcPr>
          <w:p>
            <w:r>
              <w:t>2744011606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Photoshop 6.0/ traitement d'image/ </w:t>
            </w:r>
          </w:p>
        </w:tc>
      </w:tr>
    </w:tbl>
    <w:p>
      <w:pPr>
        <w:pStyle w:val="Heading3"/>
      </w:pPr>
      <w:r>
        <w:t>Résumé :</w:t>
      </w:r>
    </w:p>
    <w:p>
      <w:r>
        <w:t>Voici 23 projets à réaliser avec Photoshop 6, pour améliorer votre savoir-faire graphique. Ils ont été réalisés par une équipe de dix artistes spécialistes de Photoshop, qui mettent en 'uvre toutes sortes de techniques, de la retouche d'images à la combinaison de documents, en passant par la peinture numérique et la conception de motifs et de textures. Suivez leur instructions et vérifiez le résultat de leur application grâce aux très nombreuses illustrations.</w:t>
        <w:br/>
        <w:br/>
        <w:t>Chaque projet est assorti de suggestions de variations possibles et autres "pistes" à suivre.</w:t>
        <w:br/>
        <w:br/>
        <w:t>Inclus : un CD-ROM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