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pôur l'amélioration technique de l'habitat existant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Ministère de l'équipement, Direction de la construction/ Bloch-Laine, J. M./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réhabilitation des bâtiments/ diagnostic du bâtiment/ rénovation des logements/ </w:t>
            </w:r>
          </w:p>
        </w:tc>
      </w:tr>
    </w:tbl>
    <w:p>
      <w:pPr>
        <w:pStyle w:val="Heading3"/>
      </w:pPr>
      <w:r>
        <w:t>Résumé :</w:t>
      </w:r>
    </w:p>
    <w:p>
      <w:r>
        <w:t>Guide pratique pour l'amélioration des logements existants est un ouvrage technique destiné aux professionnels du bâtiment, aux collectivités locales et aux particuliers souhaitant rénover ou moderniser des logements anciens. Il présente des recommandations pratiques pour améliorer le confort, la sécurité, la salubrité et la performance des habitations existantes.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