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Biotechnologie enzymatique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Burstein,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Polytechnica/ diff. Economica/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VIII-110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2840540622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Biotechnologie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Enzymes/ Applications industrielles/ Enzymes immobilisées/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introduction pratique à la biotechnologie enzymatique, destinée aux étudiants, chercheurs, ingénieurs, techniciens, médecins et industriels. Il explique comment les enzymes peuvent être exploitées comme outils biologiques dans différents secteurs d'activité.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