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[Trois cent cinq] 305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Raedersdorf, Guy/ Elektor (Périodique)/ Dols, Guillaume/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VII-396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2866610679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guide pratique/ </w:t>
            </w:r>
          </w:p>
        </w:tc>
      </w:tr>
    </w:tbl>
    <w:p>
      <w:pPr>
        <w:pStyle w:val="Heading3"/>
      </w:pPr>
      <w:r>
        <w:t>Résumé :</w:t>
      </w:r>
    </w:p>
    <w:p>
      <w:r>
        <w:t>Avec le " 305 circuits ", la série des " 300 circuits " d'Elektor s'enrichit d'un nouveau volume d'environ 40 pages bien tassées, regorgeant d'idées de circuits électroniques les plus divers, parfois sous la forme plutôt légère d'astuces, mais plus souvent sous une forme nettement plus élaborée, avec schéma détaillé, liste des composants complète et circuit imprimé... ces fameux dessins de circuits imprimés qui ont fait une grande partie de la réputation d'Elektor. Tous les domaines familiers de l'électronique sont abordés : audio, vidéo &amp; musique, voiture, moto &amp; vélo, domestique, radio &amp; HF, loisirs, mesure &amp; test, micro-informatique, et alimentation... Comme ses prédécesseurs dans la série, le " 305 circuits " est un véritable vademecum de l'électronicien moderne, source inépuisable d'idées originales qui permettront au lecteur d'élaborer à son tour des variantes qu'il combinera ensuite à sa guise avec d'autres circuits. On sait que ces recueils reprennent les articles les plus intéressants des numéros doubles de la revue Elektor, publiés traditionnellement chaque année en été, et appelés " numéros Hors-gabarit ", conformément à leur contenu exceptionnellement riche. Avec le " 305 circuits ", vous disposerez en quelque sorte d'un concentré de tout le savoir-faire du laboratoire d'Elektor.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