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Principles of electronic devices and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Theraja, B. L./ Sedha, R.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S. Chand and company LTD./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8121921996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electronic devices/ semiconductor physics/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