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Bien démarrer avec Word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Bergame,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Simplifiez-vous la 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9782100508549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Word 2007/ bureautique/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initiation pratique au traitement de texte avec Microsoft Word 2007. Il accompagne les débutants dans la découverte de l'environnement de Word 2007 et leur apprend à créer, mettre en forme, enregistrer et imprimer des documents professionnels. Le livre présente également les nouvelles fonctionnalités introduites avec l'interface à ruban, la gestion des styles, l'insertion d'objets et la mise en page avancée.</w:t>
        <w:br/>
        <w:br/>
        <w:br/>
        <w:br/>
        <w:t>L'objectif est de permettre à l'utilisateur de maîtriser rapidement les fonctions essentielles de Word 2007 pour la rédaction de courriers, rapports, mémoires et autres documents bureautiques.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