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Physics of semiconductor devices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Sze, Simon Min/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2nd 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John Wiley &amp; Sons INC/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853-868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047109837X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semiconducteur/ semiconductor physics/ </w:t>
            </w:r>
          </w:p>
        </w:tc>
      </w:tr>
    </w:tbl>
    <w:p>
      <w:pPr>
        <w:pStyle w:val="Heading3"/>
      </w:pPr>
      <w:r>
        <w:t>Résumé :</w:t>
      </w:r>
    </w:p>
    <w:p>
      <w:r>
        <w:t>Physics of Semiconductor Devices by Sze and Ng is a foundational reference in semiconductor physics and electronics.</w:t>
        <w:br/>
        <w:br/>
        <w:br/>
        <w:br/>
        <w:t>It explains how:</w:t>
        <w:br/>
        <w:br/>
        <w:br/>
        <w:br/>
        <w:t>crystal and quantum physics define semiconductor behavior,</w:t>
        <w:br/>
        <w:br/>
        <w:t>doping controls charge carriers,</w:t>
        <w:br/>
        <w:br/>
        <w:t>PN junctions form the basis of diodes,</w:t>
        <w:br/>
        <w:br/>
        <w:t>MOS structures enable modern integrated circuits,</w:t>
        <w:br/>
        <w:br/>
        <w:t>and quantum and high-field effects become important at nanoscale dimensions.</w:t>
        <w:br/>
        <w:br/>
        <w:br/>
        <w:br/>
        <w:t>👉 The book connects solid-state physics with real electronic device operation, making it essential for understanding modern electronics like:</w:t>
        <w:br/>
        <w:br/>
        <w:br/>
        <w:br/>
        <w:t>diodes</w:t>
        <w:br/>
        <w:br/>
        <w:t>BJTs</w:t>
        <w:br/>
        <w:br/>
        <w:t>MOSFETs</w:t>
        <w:br/>
        <w:br/>
        <w:t>optoelectronic devices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