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et optimisation des processus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Borne, Pierre/ Dauphin-Tanguy, Geneviève/ Richard, Jean-Pierre/ Rotella, Frédéric/ Zambettakis, Irène/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Méthodes et techniques de l'ingénieur(N°:1)</w:t>
            </w:r>
          </w:p>
        </w:tc>
      </w:tr>
      <w:tr>
        <w:trPr>
          <w:trHeight w:val="567"/>
        </w:trPr>
        <w:tc>
          <w:tcPr>
            <w:tcW w:type="dxa" w:w="3000"/>
          </w:tcPr>
          <w:p>
            <w:r>
              <w:t>Sous Collection</w:t>
            </w:r>
          </w:p>
        </w:tc>
        <w:tc>
          <w:tcPr>
            <w:tcW w:type="dxa" w:w="7000"/>
          </w:tcPr>
          <w:p>
            <w:r>
              <w:t>automatique(N°:None)</w:t>
            </w:r>
          </w:p>
        </w:tc>
      </w:tr>
      <w:tr>
        <w:trPr>
          <w:trHeight w:val="567"/>
        </w:trPr>
        <w:tc>
          <w:tcPr>
            <w:tcW w:type="dxa" w:w="3000"/>
          </w:tcPr>
          <w:p>
            <w:r>
              <w:t>Notes Générales</w:t>
            </w:r>
          </w:p>
        </w:tc>
        <w:tc>
          <w:tcPr>
            <w:tcW w:type="dxa" w:w="7000"/>
          </w:tcPr>
          <w:p>
            <w:r>
              <w:t>Bibliogr. p.p. 297-300. Index</w:t>
            </w:r>
          </w:p>
        </w:tc>
      </w:tr>
      <w:tr>
        <w:trPr>
          <w:trHeight w:val="567"/>
        </w:trPr>
        <w:tc>
          <w:tcPr>
            <w:tcW w:type="dxa" w:w="3000"/>
          </w:tcPr>
          <w:p>
            <w:r>
              <w:t>Numéro d'Identification</w:t>
            </w:r>
          </w:p>
        </w:tc>
        <w:tc>
          <w:tcPr>
            <w:tcW w:type="dxa" w:w="7000"/>
          </w:tcPr>
          <w:p>
            <w:r>
              <w:t>2710805995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de processus/ commande optimale/ </w:t>
            </w:r>
          </w:p>
        </w:tc>
      </w:tr>
    </w:tbl>
    <w:p>
      <w:pPr>
        <w:pStyle w:val="Heading3"/>
      </w:pPr>
      <w:r>
        <w:t>Résumé :</w:t>
      </w:r>
    </w:p>
    <w:p>
      <w:r>
        <w:t>Cet ouvrage présente les outils mathématiques nécessaires à la compréhension et à la mise en œuvre des méthodes de commande des processus industriels et à l'optimisation de leur fonctionnement. les deux aspects fondamentaux, détermination de la loi de commande d'une part, et filtrage et reconstitution de données d'autre part, sont présentés de façon détaillée. de nombreux exemples et problèmes résolus illustrent les méthodes proposées. le présent volume a été réalisé grâce à une collaboration pédagogique active entre les auteurs, tous les membres de l'équipe d'enseignants d'automatique de l'idn (institut industriel du nord, lille) ; sur une base de contenu établie dans le cadre d'un programme d'échanges erasmus associant les enseignants d'établissements partenaires de six pays.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