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Physical metallurgy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Cahn, Robert Wolfgang/ Haasen, Peter/ </w:t>
            </w:r>
          </w:p>
        </w:tc>
      </w:tr>
      <w:tr>
        <w:trPr>
          <w:trHeight w:val="567"/>
        </w:trPr>
        <w:tc>
          <w:tcPr>
            <w:tcW w:type="dxa" w:w="3000"/>
          </w:tcPr>
          <w:p>
            <w:r>
              <w:t>Edition</w:t>
            </w:r>
          </w:p>
        </w:tc>
        <w:tc>
          <w:tcPr>
            <w:tcW w:type="dxa" w:w="7000"/>
          </w:tcPr>
          <w:p>
            <w:r>
              <w:t>3rd rev. and enlarged ed.</w:t>
            </w:r>
          </w:p>
        </w:tc>
      </w:tr>
      <w:tr>
        <w:trPr>
          <w:trHeight w:val="567"/>
        </w:trPr>
        <w:tc>
          <w:tcPr>
            <w:tcW w:type="dxa" w:w="3000"/>
          </w:tcPr>
          <w:p>
            <w:r>
              <w:t>Adresse bib.</w:t>
            </w:r>
          </w:p>
        </w:tc>
        <w:tc>
          <w:tcPr>
            <w:tcW w:type="dxa" w:w="7000"/>
          </w:tcPr>
          <w:p>
            <w:r>
              <w:t xml:space="preserve">North-Holland physics publ/ </w:t>
            </w:r>
          </w:p>
        </w:tc>
      </w:tr>
      <w:tr>
        <w:trPr>
          <w:trHeight w:val="567"/>
        </w:trPr>
        <w:tc>
          <w:tcPr>
            <w:tcW w:type="dxa" w:w="3000"/>
          </w:tcPr>
          <w:p>
            <w:r>
              <w:t>Nombre de Pages</w:t>
            </w:r>
          </w:p>
        </w:tc>
        <w:tc>
          <w:tcPr>
            <w:tcW w:type="dxa" w:w="7000"/>
          </w:tcPr>
          <w:p>
            <w:r>
              <w:t>[LXVIII]-1957 p.) :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0444867872</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physique/ </w:t>
            </w:r>
          </w:p>
        </w:tc>
      </w:tr>
    </w:tbl>
    <w:p>
      <w:pPr>
        <w:pStyle w:val="Heading3"/>
      </w:pPr>
      <w:r>
        <w:t>Résumé :</w:t>
      </w:r>
    </w:p>
    <w:p>
      <w:r>
        <w:t>This is the fourth edition of a work which first appeared in 1965. The first edition had approximately one thousand pages in a single volume. This latest volume has almost three thousand pages in 3 volumes which is a fair measure of the pace at which the discipline of physical metallurgy has grown in the intervening 30 years.Almost all the topics previously treated are still in evidence in this version which is approximately 50% bigger than the previous edition.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