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Bien démarrer avec PowerPoint 2007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Bergame, Marc/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18 cm  Collection : Simplifiez-vous la micro</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9782100508815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PowerPoint 2007/ Diaporama/ </w:t>
            </w:r>
          </w:p>
        </w:tc>
      </w:tr>
    </w:tbl>
    <w:p>
      <w:pPr>
        <w:pStyle w:val="Heading3"/>
      </w:pPr>
      <w:r>
        <w:t>Résumé :</w:t>
      </w:r>
    </w:p>
    <w:p>
      <w:r>
        <w:t>Bien démarrer avec PowerPoint 2007 est un guide pratique d'initiation qui accompagne le lecteur dans la découverte et la maîtrise des fonctionnalités essentielles de Microsoft PowerPoint 2007. L'ouvrage explique comment créer des présentations professionnelles en utilisant les nouveaux outils de l'interface Office 2007, mettre en forme les diapositives, intégrer des images, des tableaux et des graphiques, ajouter des animations et des transitions, puis préparer et diffuser efficacement un diaporama. Illustré par de nombreux exemples, il s'adresse principalement aux débutants et aux utilisateurs souhaitant se familiariser rapidement avec PowerPoint 2007.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