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Cryptographie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Barthélémy, Pierre/ Véron,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393-403.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2746211505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cryptographie/ sécurité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cours complet de cryptographie moderne. Il expose les mécanismes de chiffrement, de signature et d'authentification, ainsi que les fondements mathématiques nécessaires à leur compréhension. L'ouvrage aborde également les protocoles de sécurité utilisés sur Internet, les méthodes de cryptanalyse et les preuves de sécurité des systèmes cryptographiques.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