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Schure, Alexander/ Aberdam,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vidéo/ signal vidéo/ </w:t>
            </w:r>
          </w:p>
        </w:tc>
      </w:tr>
    </w:tbl>
    <w:p>
      <w:pPr>
        <w:pStyle w:val="Heading3"/>
      </w:pPr>
      <w:r>
        <w:t>Résumé :</w:t>
      </w:r>
    </w:p>
    <w:p>
      <w:r>
        <w:t>Les amplificateurs vidéo sont des circuits électroniques conçus pour amplifier des signaux vidéo tout en conservant leur qualité. Ils doivent fonctionner sur une large bande passante afin de transmettre fidèlement les détails de l’image sans distorsion. Ils sont utilisés dans les télévisions, les caméras de surveillance et les systèmes de transmission vidéo. Leur performance dépend principalement du gain, du bruit et de la stabilité du signal. Ces amplificateurs utilisent généralement des transistors ou des circuits intégrés spécialisés pour assurer une amplification rapide et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