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Graissage et tribotechnique.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Lefèvre,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2710802716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engrenages/ transmission mécanique/ </w:t>
            </w:r>
          </w:p>
        </w:tc>
      </w:tr>
    </w:tbl>
    <w:p>
      <w:pPr>
        <w:pStyle w:val="Heading3"/>
      </w:pPr>
      <w:r>
        <w:t>Résumé :</w:t>
      </w:r>
    </w:p>
    <w:p>
      <w:r>
        <w:t>Cet tome Engrenages et transmissions de René Lefèvre est un ouvrage technique consacré à la lubrification des systèmes de transmission mécanique, en particulier les engrenages et organes de transmission de puissance.</w:t>
        <w:br/>
        <w:br/>
        <w:br/>
        <w:br/>
        <w:t>Ce volume analyse en détail le fonctionnement tribologique des éléments mécaniques soumis à des fortes contraintes de contact et de glissement, notamment :</w:t>
        <w:br/>
        <w:br/>
        <w:br/>
        <w:br/>
        <w:t>les engrenages cylindriques, coniques et à vis sans fin</w:t>
        <w:br/>
        <w:br/>
        <w:t>les transmissions mécaniques (chaînes, courroies, arbres, accouplements)</w:t>
        <w:br/>
        <w:br/>
        <w:t>les régimes de lubrification dans les contacts denture-denture</w:t>
        <w:br/>
        <w:br/>
        <w:t>les phénomènes d’usure, de fatigue de surface et de grippage</w:t>
        <w:br/>
        <w:br/>
        <w:t>l’influence des charges, vitesses et températures sur la performance des systèmes</w:t>
        <w:br/>
        <w:br/>
        <w:t>les types de lubrifiants adaptés aux transmissions (huiles extrême pression, graisses spécifiques, additifs)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