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Electroniqur. T6, l'électronique dans les solides, diodes à semi-conducteurs, fonctionnement d'un transistor, circuits à transistors, principes de la modulation de fréquence, émetteurs à modulation de fréquence, récepteurs à modulation de fréquence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Van Valkenburgh, Nooger/ Neville/ Luck, D/ Camuset, M/ Gorjux, P/ Soede, F.J./ </w:t>
            </w:r>
          </w:p>
        </w:tc>
      </w:tr>
      <w:tr>
        <w:trPr>
          <w:trHeight w:val="567"/>
        </w:trPr>
        <w:tc>
          <w:tcPr>
            <w:tcW w:type="dxa" w:w="3000"/>
          </w:tcPr>
          <w:p>
            <w:r>
              <w:t>Adresse bib.</w:t>
            </w:r>
          </w:p>
        </w:tc>
        <w:tc>
          <w:tcPr>
            <w:tcW w:type="dxa" w:w="7000"/>
          </w:tcPr>
          <w:p>
            <w:r>
              <w:t xml:space="preserve">The Brolet press : Éditions Gamma/ </w:t>
            </w:r>
          </w:p>
        </w:tc>
      </w:tr>
      <w:tr>
        <w:trPr>
          <w:trHeight w:val="567"/>
        </w:trPr>
        <w:tc>
          <w:tcPr>
            <w:tcW w:type="dxa" w:w="3000"/>
          </w:tcPr>
          <w:p>
            <w:r>
              <w:t>Nombre de Pages</w:t>
            </w:r>
          </w:p>
        </w:tc>
        <w:tc>
          <w:tcPr>
            <w:tcW w:type="dxa" w:w="7000"/>
          </w:tcPr>
          <w:p>
            <w:r>
              <w:t>129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271300098x</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électronique de solide/ diodes à semi-conducteur/ </w:t>
            </w:r>
          </w:p>
        </w:tc>
      </w:tr>
    </w:tbl>
    <w:p>
      <w:pPr>
        <w:pStyle w:val="Heading3"/>
      </w:pPr>
      <w:r>
        <w:t>Résumé :</w:t>
      </w:r>
    </w:p>
    <w:p>
      <w:r>
        <w:t>Ce sixième volume marque la transition entre l'électronique classique à tubes et l'électronique moderne à semi-conducteurs. il présente les fondements physiques des matériaux semi-conducteurs, le fonctionnement des diodes et des transistors, ainsi que leurs applications dans les circuits électroniques.</w:t>
        <w:br/>
        <w:br/>
        <w:t>l'ouvrage débute par une introduction à l'électronique dans les solides, expliquant la structure atomique des matériaux, les bandes d'énergie, la conduction électrique et les propriétés particulières des semi-conducteurs tels que le germanium et le silicium. les notions de porteurs de charge, d'électrons libres et de trous sont développées afin de comprendre les mécanismes de conduction.</w:t>
        <w:br/>
        <w:br/>
        <w:t>une seconde partie est consacrée aux diodes à semi-conducteurs. le livre décrit la jonction pn, la polarisation directe et inverse, les caractéristiques courant-tension et les applications aux redresseurs, détecteurs et circuits de protection.</w:t>
        <w:br/>
        <w:br/>
        <w:t>l'ouvrage étudie ensuite le transistor, composant fondamental de l'électronique moderne. les structures npn et pnp, les mécanismes d'injection et de contrôle du courant ainsi que les différentes configurations de fonctionnement sont expliqués de manière progressive.</w:t>
        <w:br/>
        <w:br/>
        <w:t>la dernière partie présente les circuits à transistors. les montages à émetteur commun, base commune et collecteur commun sont analysés, ainsi que leurs caractéristiques de gain, d'impédance et de stabilité. le livre montre comment les transistors peuvent être utilisés comme amplificateurs, commutateurs et éléments de commande dans les systèmes électroniques.</w:t>
        <w:br/>
        <w:br/>
        <w:t>comme les autres volumes de la collection, l'ouvrage privilégie une approche pédagogique illustrée par de nombreux schémas, exemples pratiques et exercices destinés à faciliter l'apprentissage.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