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Textbook of applied electronics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Sedha, R.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S. Chand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 p.p 985-992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8121927838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semiconductor/ filtering/ </w:t>
            </w:r>
          </w:p>
        </w:tc>
      </w:tr>
    </w:tbl>
    <w:p>
      <w:pPr>
        <w:pStyle w:val="Heading3"/>
      </w:pPr>
      <w:r>
        <w:t>Résumé :</w:t>
      </w:r>
    </w:p>
    <w:p>
      <w:r>
        <w:t>Textbook of Applied Electronics by R. S. Sedha is a foundational electronics textbook that introduces both analog and digital electronics in a structured and practical way.</w:t>
        <w:br/>
        <w:br/>
        <w:br/>
        <w:br/>
        <w:t>It begins with semiconductor physics and diode applications, then moves to rectifiers and power supply circuits. The book develops transistor theory (BJT and FET) for amplification and switching applications.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