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Microcontrôleurs PIC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Tavernier, Christian/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2100495186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microcontrôleurs PIC/ microchip technology PICmicro/ </w:t>
            </w:r>
          </w:p>
        </w:tc>
      </w:tr>
    </w:tbl>
    <w:p>
      <w:pPr>
        <w:pStyle w:val="Heading3"/>
      </w:pPr>
      <w:r>
        <w:t>Résumé :</w:t>
      </w:r>
    </w:p>
    <w:p>
      <w:r>
        <w:t>Cet ouvrage aborde tous les aspects, théoriques et pratiques, de la programmation en Basic des microcontrôleurs PIC. Il propose notamment une présentation comparative des principaux compilateurs Basic pour PIC du marché ; la présentation complète de la syntaxe de programmation en Basic des microcontrôleurs PIC ; la réalisation d'un programmateur de PIC " en circuit " (ICSP), d'un programmateur de PIC autonome, ainsi que celle d'un " bootloader " ; la prise en main détaillée d'un environnement complet de développement et de compilation, de la programmation à la simulation ; une trentaine de schémas types d'interfaces ou d'applications complètes avec leurs logiciels de gestion en Basic, abondamment commentés. Le CD-ROM comporte tous les listings sources et compilés des programmes présentés, la dernière version de MPLAB, les versions de démonstration des compilateurs Basic présentés, de nombreux documents indispensables et un environnement de développement avec son compilateur Basic en version de démonstration, pleinement utilisable pour la majorité des applications étudiées dans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