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analogiques et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Steinberg,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calculateur hybride/ calculateur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