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phénomènes de transport linéaires dans les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J./ Calecki, D./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monographies de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transport linéaire/ équation de boltzmann/ </w:t>
            </w:r>
          </w:p>
        </w:tc>
      </w:tr>
    </w:tbl>
    <w:p>
      <w:pPr>
        <w:pStyle w:val="Heading3"/>
      </w:pPr>
      <w:r>
        <w:t>Résumé :</w:t>
      </w:r>
    </w:p>
    <w:p>
      <w:r>
        <w:t>Cet ouvrage constitue une présentation approfondie des mécanismes physiques qui gouvernent le déplacement des charges électriques et de l’énergie dans les matériaux semi-conducteurs soumis à de faibles perturbations extérieures. L’auteur y développe les concepts fondamentaux du transport électronique en s’appuyant sur la théorie des bandes, la statistique des porteurs de charge et l’équation de Boltzmann dans l’approximation du temps de relaxation. Le livre explique comment les électrons et les trous réagissent à l’action d’un champ électrique, d’un gradient de température ou d’un champ magnétique, et comment ces interactions donnent naissance à des phénomènes tels que la conductivité électrique, la diffusion, l’effet Hall, les effets thermoélectriques et la conductivité thermique. Une attention particulière est accordée aux mécanismes de diffusion des porteurs par les phonons, les impuretés et les défauts cristallins, qui déterminent les propriétés macroscopiques observées expérimentalement. En reliant les descriptions microscopiques aux grandeurs mesurables, l’ouvrage offre une compréhension cohérente et rigoureuse des phénomènes de transport dans les semi-conducteurs et constitue une référence fondamentale pour les étudiants avancés, les ingénieurs et les chercheurs souhaitant maîtriser les bases théoriques de la physique des semi-conducteurs et des dispositifs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