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PageMaker pour Windows 95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Babel, Cécile/ Jolivalt, Bernard/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2744001079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PageMaker/ Windows 95/ </w:t>
            </w:r>
          </w:p>
        </w:tc>
      </w:tr>
    </w:tbl>
    <w:p>
      <w:pPr>
        <w:pStyle w:val="Heading3"/>
      </w:pPr>
      <w:r>
        <w:t>Résumé :</w:t>
      </w:r>
    </w:p>
    <w:p>
      <w:r>
        <w:t>Cet ouvrage constitue un guide pratique d'apprentissage d'Adobe PageMaker sous Windows 95, logiciel de publication assistée par ordinateur largement utilisé dans les années 1990. Il présente les techniques de création de documents professionnels, la gestion du texte et des illustrations, ainsi que les méthodes de préparation des publications destinées à l'impression. Le lecteur apprend à concevoir des brochures, journaux, catalogues et autres documents de communication en utilisant efficacement les outils de PageMaker.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