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telecommunications network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Anttalainen, Tarmo/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The Artech house telecommunications library(N°:None)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0890069840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de télécommunications/ Réseaux informatiques/ </w:t>
            </w:r>
          </w:p>
        </w:tc>
      </w:tr>
    </w:tbl>
    <w:p>
      <w:pPr>
        <w:pStyle w:val="Heading3"/>
      </w:pPr>
      <w:r>
        <w:t>Résumé :</w:t>
      </w:r>
    </w:p>
    <w:p>
      <w:r>
        <w:t>Cet ouvrage offre une vue d'ensemble des technologies de télécommunication modernes. Il explique le fonctionnement des réseaux téléphoniques, des réseaux de données et d'Internet, ainsi que les principes des communications mobiles. L'auteur met l'accent sur les protocoles de communication, les techniques de transmission et les architectures de réseaux utilisées dans les infrastructures de télécommunications contemporaines.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