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Fundamentals of electromagnetics with engineering application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Wentworth, Stuart,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&amp;Sons, Inc./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583-588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9780471661320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wave propagation/ smith chart/ </w:t>
            </w:r>
          </w:p>
        </w:tc>
      </w:tr>
    </w:tbl>
    <w:p>
      <w:pPr>
        <w:pStyle w:val="Heading3"/>
      </w:pPr>
      <w:r>
        <w:t>Résumé :</w:t>
      </w:r>
    </w:p>
    <w:p>
      <w:r>
        <w:t>The book combines theoretical concepts with practical examples, MATLAB-based exercises, and real-world applications, making it particularly suitable for undergraduate electrical and electronics engineering students interested in wireless communications and electromagnetic systems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