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Construire en bois.T2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Natterer, Julius/ Volz, Michaël/ Herzog,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en bois/ techniques de construction/ dimensionnement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onstruire en bois 2 présente une vaste gamme de formes, de moyens et de techniques d'assemblage, de conceptions d'appui et de systèmes porteurs. Il livre, à l'aide de milliers de dessins détaillés, une méthodologie visant à susciter la réflexion et la création. Il renferme une collection de constructions en bois unique en son genre, illustrée de plus de 4000 dessins et de plus de 700 photographies.</w:t>
        <w:br/>
        <w:br/>
        <w:t>Il s'adresse aux architectes, bureaux d'études et entrepreneurs. Enseignants et étudiants en génie civil et en architecture.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