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du mécanicien d'entretien. F22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Lecœur, Edmond/ Péris, Roger/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Technologie des fabrications mécaniques(N°:None)</w:t>
            </w:r>
          </w:p>
        </w:tc>
      </w:tr>
      <w:tr>
        <w:trPr>
          <w:trHeight w:val="567"/>
        </w:trPr>
        <w:tc>
          <w:tcPr>
            <w:tcW w:type="dxa" w:w="3000"/>
          </w:tcPr>
          <w:p>
            <w:r>
              <w:t>Numéro d'Identification</w:t>
            </w:r>
          </w:p>
        </w:tc>
        <w:tc>
          <w:tcPr>
            <w:tcW w:type="dxa" w:w="7000"/>
          </w:tcPr>
          <w:p>
            <w:r>
              <w:t>2206000202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mécanicien d’entretien/ maintenance industrielle/ </w:t>
            </w:r>
          </w:p>
        </w:tc>
      </w:tr>
    </w:tbl>
    <w:p>
      <w:pPr>
        <w:pStyle w:val="Heading3"/>
      </w:pPr>
      <w:r>
        <w:t>Résumé :</w:t>
      </w:r>
    </w:p>
    <w:p>
      <w:r>
        <w:t>L’ouvrage présente les différentes tâches du mécanicien d’entretien dans un atelier ou une usine : diagnostic des pannes, démontage et remontage des organes mécaniques, réglage des machines, lubrification, ajustement et remplacement des pièces usées. Il met l’accent sur la prévention des défaillances, la compréhension des systèmes mécaniques et l’application de méthodes rigoureuses pour assurer le bon fonctionnement des machines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