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alimentaire humain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Koceir, Elhadjahmed/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alimentaire/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différents aspects du comportement alimentaire humain, allant de la physiologie à la pathologie. Il est destiné aux professionnels de la santé (médecins, pharmaciens, dentistes) et aux étudiants des domaines de la nutrition, particulièrement dans le master NDH et le doctorat NDPH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